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9D0EF" w14:textId="2ACBF7B8" w:rsidR="00830B19" w:rsidRDefault="00830B19" w:rsidP="00830B19">
      <w:pPr>
        <w:pStyle w:val="Heading1"/>
        <w:spacing w:before="0" w:line="240" w:lineRule="auto"/>
        <w:contextualSpacing/>
        <w:rPr>
          <w:sz w:val="22"/>
          <w:szCs w:val="22"/>
        </w:rPr>
      </w:pPr>
      <w:r w:rsidRPr="00830B19">
        <w:rPr>
          <w:sz w:val="22"/>
          <w:szCs w:val="22"/>
        </w:rPr>
        <w:t>[Date]</w:t>
      </w:r>
    </w:p>
    <w:p w14:paraId="7963D148" w14:textId="77777777" w:rsidR="00830B19" w:rsidRDefault="00830B19" w:rsidP="00830B19">
      <w:pPr>
        <w:spacing w:after="0" w:line="240" w:lineRule="auto"/>
        <w:contextualSpacing/>
      </w:pPr>
    </w:p>
    <w:p w14:paraId="3AA1B1F8" w14:textId="1B828638" w:rsidR="002C33F9" w:rsidRPr="00830B19" w:rsidRDefault="00000000" w:rsidP="00830B19">
      <w:pPr>
        <w:spacing w:after="0" w:line="240" w:lineRule="auto"/>
        <w:contextualSpacing/>
        <w:rPr>
          <w:b/>
          <w:bCs/>
          <w:color w:val="426391"/>
        </w:rPr>
      </w:pPr>
      <w:r w:rsidRPr="00830B19">
        <w:rPr>
          <w:b/>
          <w:bCs/>
          <w:color w:val="426391"/>
        </w:rPr>
        <w:t>Recipient Information</w:t>
      </w:r>
    </w:p>
    <w:p w14:paraId="334F74B8" w14:textId="77777777" w:rsidR="00830B19" w:rsidRDefault="00000000" w:rsidP="00830B19">
      <w:pPr>
        <w:spacing w:after="0" w:line="240" w:lineRule="auto"/>
        <w:contextualSpacing/>
      </w:pPr>
      <w:r w:rsidRPr="00830B19">
        <w:t>[Recipient Name]</w:t>
      </w:r>
      <w:r w:rsidRPr="00830B19">
        <w:br/>
        <w:t>[Title, e.g., State Senator, Commissioner of Agriculture]</w:t>
      </w:r>
      <w:r w:rsidRPr="00830B19">
        <w:br/>
        <w:t>[Office or Organization Name]</w:t>
      </w:r>
      <w:r w:rsidRPr="00830B19">
        <w:br/>
        <w:t>[Address]</w:t>
      </w:r>
      <w:r w:rsidRPr="00830B19">
        <w:br/>
        <w:t>[City, State ZIP]</w:t>
      </w:r>
    </w:p>
    <w:p w14:paraId="7412DBB4" w14:textId="77777777" w:rsidR="00830B19" w:rsidRDefault="00830B19" w:rsidP="00830B19">
      <w:pPr>
        <w:spacing w:after="0" w:line="240" w:lineRule="auto"/>
        <w:contextualSpacing/>
      </w:pPr>
    </w:p>
    <w:p w14:paraId="600CF6E4" w14:textId="0A3D7DE1" w:rsidR="002C33F9" w:rsidRPr="00830B19" w:rsidRDefault="00000000" w:rsidP="00830B19">
      <w:pPr>
        <w:spacing w:after="0" w:line="240" w:lineRule="auto"/>
        <w:contextualSpacing/>
        <w:rPr>
          <w:color w:val="426391"/>
        </w:rPr>
      </w:pPr>
      <w:r w:rsidRPr="00830B19">
        <w:rPr>
          <w:color w:val="426391"/>
        </w:rPr>
        <w:t>Letter Body</w:t>
      </w:r>
    </w:p>
    <w:p w14:paraId="6C687B3E" w14:textId="2F24D211" w:rsidR="002C33F9" w:rsidRPr="00830B19" w:rsidRDefault="00000000" w:rsidP="00830B19">
      <w:pPr>
        <w:spacing w:after="0" w:line="240" w:lineRule="auto"/>
        <w:contextualSpacing/>
      </w:pPr>
      <w:r w:rsidRPr="00830B19">
        <w:t>Dear [Title + Last Name],</w:t>
      </w:r>
    </w:p>
    <w:p w14:paraId="7F4CE15F" w14:textId="1B6F306E" w:rsidR="002C33F9" w:rsidRPr="00830B19" w:rsidRDefault="00000000" w:rsidP="00830B19">
      <w:pPr>
        <w:pStyle w:val="IntenseQuote"/>
        <w:spacing w:after="0" w:line="240" w:lineRule="auto"/>
        <w:contextualSpacing/>
      </w:pPr>
      <w:r w:rsidRPr="00830B19">
        <w:t>Opening Paragraph – Introduce Yourself &amp; Purpose</w:t>
      </w:r>
    </w:p>
    <w:p w14:paraId="436EF06C" w14:textId="77777777" w:rsidR="002C33F9" w:rsidRPr="00830B19" w:rsidRDefault="00000000" w:rsidP="00830B19">
      <w:pPr>
        <w:spacing w:after="0" w:line="240" w:lineRule="auto"/>
        <w:contextualSpacing/>
      </w:pPr>
      <w:r w:rsidRPr="00830B19">
        <w:t>My name is [Your Full Name], and I am a [grade level] student at [School Name] in [City], Georgia. I am involved in [agriculture class, FFA, or 4-H] and care deeply about agriculture in our state. I am writing to share my thoughts and concerns about [issue – e.g., disaster relief for farmers, agricultural labor, support for the Farm Bill, etc.].</w:t>
      </w:r>
    </w:p>
    <w:p w14:paraId="120A4344" w14:textId="77777777" w:rsidR="002C33F9" w:rsidRPr="00830B19" w:rsidRDefault="00000000" w:rsidP="00830B19">
      <w:pPr>
        <w:pStyle w:val="IntenseQuote"/>
        <w:spacing w:after="0" w:line="240" w:lineRule="auto"/>
        <w:contextualSpacing/>
      </w:pPr>
      <w:r w:rsidRPr="00830B19">
        <w:t>Body Paragraph – Explain the Issue</w:t>
      </w:r>
    </w:p>
    <w:p w14:paraId="2EC34DFD" w14:textId="77777777" w:rsidR="002C33F9" w:rsidRPr="00830B19" w:rsidRDefault="00000000" w:rsidP="00830B19">
      <w:pPr>
        <w:spacing w:after="0" w:line="240" w:lineRule="auto"/>
        <w:contextualSpacing/>
      </w:pPr>
      <w:r w:rsidRPr="00830B19">
        <w:t>Agriculture is important to our local economy and food supply. [Explain why this issue is important – for example: Farmers are struggling after recent storms, or Access to labor is affecting harvests.]</w:t>
      </w:r>
      <w:r w:rsidRPr="00830B19">
        <w:br/>
        <w:t>This issue matters because [insert reason – examples: it affects food prices, farmers’ ability to produce, or the environment].</w:t>
      </w:r>
    </w:p>
    <w:p w14:paraId="1593A4ED" w14:textId="77777777" w:rsidR="002C33F9" w:rsidRPr="00830B19" w:rsidRDefault="00000000" w:rsidP="00830B19">
      <w:pPr>
        <w:pStyle w:val="IntenseQuote"/>
        <w:spacing w:after="0" w:line="240" w:lineRule="auto"/>
        <w:contextualSpacing/>
      </w:pPr>
      <w:r w:rsidRPr="00830B19">
        <w:t>Body Paragraph – Share Your Perspective</w:t>
      </w:r>
    </w:p>
    <w:p w14:paraId="5C2ACC8C" w14:textId="77777777" w:rsidR="002C33F9" w:rsidRPr="00830B19" w:rsidRDefault="00000000" w:rsidP="00830B19">
      <w:pPr>
        <w:spacing w:after="0" w:line="240" w:lineRule="auto"/>
        <w:contextualSpacing/>
      </w:pPr>
      <w:r w:rsidRPr="00830B19">
        <w:t>I believe that [insert your opinion or proposed solution – e.g., more funding should be provided for disaster relief, or we should support programs that help young people go into agriculture.]</w:t>
      </w:r>
      <w:r w:rsidRPr="00830B19">
        <w:br/>
        <w:t>I respectfully ask that you support [policy, program, or funding] that helps [who it helps and how].</w:t>
      </w:r>
    </w:p>
    <w:p w14:paraId="70F5F664" w14:textId="77777777" w:rsidR="002C33F9" w:rsidRPr="00830B19" w:rsidRDefault="00000000" w:rsidP="00830B19">
      <w:pPr>
        <w:pStyle w:val="IntenseQuote"/>
        <w:spacing w:after="0" w:line="240" w:lineRule="auto"/>
        <w:contextualSpacing/>
      </w:pPr>
      <w:r w:rsidRPr="00830B19">
        <w:t>Closing Paragraph – End with Gratitude and a Call to Action</w:t>
      </w:r>
    </w:p>
    <w:p w14:paraId="26FA4ADF" w14:textId="77777777" w:rsidR="002C33F9" w:rsidRPr="00830B19" w:rsidRDefault="00000000" w:rsidP="00830B19">
      <w:pPr>
        <w:spacing w:after="0" w:line="240" w:lineRule="auto"/>
        <w:contextualSpacing/>
      </w:pPr>
      <w:r w:rsidRPr="00830B19">
        <w:t>Thank you for your time and for serving our state. I hope you will consider supporting Georgia’s farmers and the future of agriculture. If you have any questions or would like to hear from students like me, I would be happy to help.</w:t>
      </w:r>
      <w:r w:rsidRPr="00830B19">
        <w:br/>
      </w:r>
    </w:p>
    <w:p w14:paraId="6B172041" w14:textId="77777777" w:rsidR="002C33F9" w:rsidRPr="00830B19" w:rsidRDefault="00000000" w:rsidP="00830B19">
      <w:pPr>
        <w:spacing w:after="0" w:line="240" w:lineRule="auto"/>
        <w:contextualSpacing/>
      </w:pPr>
      <w:r w:rsidRPr="00830B19">
        <w:t>Sincerely,</w:t>
      </w:r>
      <w:r w:rsidRPr="00830B19">
        <w:br/>
        <w:t>[Your Full Name]</w:t>
      </w:r>
      <w:r w:rsidRPr="00830B19">
        <w:br/>
        <w:t>[School Name]</w:t>
      </w:r>
      <w:r w:rsidRPr="00830B19">
        <w:br/>
        <w:t>[Optional: FFA Chapter, 4-H Club, or Class Name]</w:t>
      </w:r>
    </w:p>
    <w:p w14:paraId="592299CF" w14:textId="63C1AD85" w:rsidR="002C33F9" w:rsidRPr="00830B19" w:rsidRDefault="00830B19" w:rsidP="00830B19">
      <w:pPr>
        <w:pStyle w:val="Heading1"/>
        <w:spacing w:line="240" w:lineRule="auto"/>
        <w:contextualSpacing/>
        <w:rPr>
          <w:b w:val="0"/>
          <w:bCs w:val="0"/>
          <w:i/>
          <w:iCs/>
          <w:color w:val="808080" w:themeColor="background1" w:themeShade="80"/>
          <w:sz w:val="22"/>
          <w:szCs w:val="22"/>
        </w:rPr>
      </w:pPr>
      <w:r w:rsidRPr="00830B19">
        <w:rPr>
          <w:i/>
          <w:iCs/>
          <w:color w:val="808080" w:themeColor="background1" w:themeShade="80"/>
          <w:sz w:val="22"/>
          <w:szCs w:val="22"/>
        </w:rPr>
        <w:t>(</w:t>
      </w:r>
      <w:r w:rsidR="00000000" w:rsidRPr="00830B19">
        <w:rPr>
          <w:i/>
          <w:iCs/>
          <w:color w:val="808080" w:themeColor="background1" w:themeShade="80"/>
          <w:sz w:val="22"/>
          <w:szCs w:val="22"/>
        </w:rPr>
        <w:t>Tips for Students</w:t>
      </w:r>
      <w:r w:rsidRPr="00830B19">
        <w:rPr>
          <w:i/>
          <w:iCs/>
          <w:color w:val="808080" w:themeColor="background1" w:themeShade="80"/>
          <w:sz w:val="22"/>
          <w:szCs w:val="22"/>
        </w:rPr>
        <w:t>:</w:t>
      </w:r>
      <w:r w:rsidRPr="00830B19">
        <w:rPr>
          <w:b w:val="0"/>
          <w:bCs w:val="0"/>
          <w:i/>
          <w:iCs/>
          <w:color w:val="808080" w:themeColor="background1" w:themeShade="80"/>
          <w:sz w:val="22"/>
          <w:szCs w:val="22"/>
        </w:rPr>
        <w:t xml:space="preserve"> </w:t>
      </w:r>
      <w:r w:rsidR="00000000" w:rsidRPr="00830B19">
        <w:rPr>
          <w:b w:val="0"/>
          <w:bCs w:val="0"/>
          <w:i/>
          <w:iCs/>
          <w:color w:val="808080" w:themeColor="background1" w:themeShade="80"/>
          <w:sz w:val="22"/>
          <w:szCs w:val="22"/>
        </w:rPr>
        <w:t>Be polite and respectful – even if you disagree.</w:t>
      </w:r>
      <w:r w:rsidRPr="00830B19">
        <w:rPr>
          <w:b w:val="0"/>
          <w:bCs w:val="0"/>
          <w:i/>
          <w:iCs/>
          <w:color w:val="808080" w:themeColor="background1" w:themeShade="80"/>
        </w:rPr>
        <w:t xml:space="preserve"> </w:t>
      </w:r>
      <w:r w:rsidR="00000000" w:rsidRPr="00830B19">
        <w:rPr>
          <w:b w:val="0"/>
          <w:bCs w:val="0"/>
          <w:i/>
          <w:iCs/>
          <w:color w:val="808080" w:themeColor="background1" w:themeShade="80"/>
          <w:sz w:val="22"/>
          <w:szCs w:val="22"/>
        </w:rPr>
        <w:t xml:space="preserve">Use your own voice and experience – </w:t>
      </w:r>
      <w:proofErr w:type="gramStart"/>
      <w:r w:rsidR="00000000" w:rsidRPr="00830B19">
        <w:rPr>
          <w:b w:val="0"/>
          <w:bCs w:val="0"/>
          <w:i/>
          <w:iCs/>
          <w:color w:val="808080" w:themeColor="background1" w:themeShade="80"/>
          <w:sz w:val="22"/>
          <w:szCs w:val="22"/>
        </w:rPr>
        <w:t>it’s</w:t>
      </w:r>
      <w:proofErr w:type="gramEnd"/>
      <w:r w:rsidR="00000000" w:rsidRPr="00830B19">
        <w:rPr>
          <w:b w:val="0"/>
          <w:bCs w:val="0"/>
          <w:i/>
          <w:iCs/>
          <w:color w:val="808080" w:themeColor="background1" w:themeShade="80"/>
          <w:sz w:val="22"/>
          <w:szCs w:val="22"/>
        </w:rPr>
        <w:t xml:space="preserve"> powerful!</w:t>
      </w:r>
      <w:r w:rsidRPr="00830B19">
        <w:rPr>
          <w:b w:val="0"/>
          <w:bCs w:val="0"/>
          <w:i/>
          <w:iCs/>
          <w:color w:val="808080" w:themeColor="background1" w:themeShade="80"/>
        </w:rPr>
        <w:t xml:space="preserve"> </w:t>
      </w:r>
      <w:r w:rsidR="00000000" w:rsidRPr="00830B19">
        <w:rPr>
          <w:b w:val="0"/>
          <w:bCs w:val="0"/>
          <w:i/>
          <w:iCs/>
          <w:color w:val="808080" w:themeColor="background1" w:themeShade="80"/>
          <w:sz w:val="22"/>
          <w:szCs w:val="22"/>
        </w:rPr>
        <w:t>Check for spelling and grammar before sending.</w:t>
      </w:r>
      <w:r w:rsidRPr="00830B19">
        <w:rPr>
          <w:b w:val="0"/>
          <w:bCs w:val="0"/>
          <w:i/>
          <w:iCs/>
          <w:color w:val="808080" w:themeColor="background1" w:themeShade="80"/>
        </w:rPr>
        <w:t xml:space="preserve"> </w:t>
      </w:r>
      <w:r w:rsidR="00000000" w:rsidRPr="00830B19">
        <w:rPr>
          <w:b w:val="0"/>
          <w:bCs w:val="0"/>
          <w:i/>
          <w:iCs/>
          <w:color w:val="808080" w:themeColor="background1" w:themeShade="80"/>
          <w:sz w:val="22"/>
          <w:szCs w:val="22"/>
        </w:rPr>
        <w:t>Send to local, state, or federal officials depending on the issue.</w:t>
      </w:r>
      <w:r w:rsidRPr="00830B19">
        <w:rPr>
          <w:b w:val="0"/>
          <w:bCs w:val="0"/>
          <w:i/>
          <w:iCs/>
          <w:color w:val="808080" w:themeColor="background1" w:themeShade="80"/>
          <w:sz w:val="22"/>
          <w:szCs w:val="22"/>
        </w:rPr>
        <w:t>)</w:t>
      </w:r>
    </w:p>
    <w:sectPr w:rsidR="002C33F9" w:rsidRPr="00830B19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3A86C" w14:textId="77777777" w:rsidR="00324A21" w:rsidRDefault="00324A21" w:rsidP="00830B19">
      <w:pPr>
        <w:spacing w:after="0" w:line="240" w:lineRule="auto"/>
      </w:pPr>
      <w:r>
        <w:separator/>
      </w:r>
    </w:p>
  </w:endnote>
  <w:endnote w:type="continuationSeparator" w:id="0">
    <w:p w14:paraId="36240630" w14:textId="77777777" w:rsidR="00324A21" w:rsidRDefault="00324A21" w:rsidP="00830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32CD4" w14:textId="77777777" w:rsidR="00324A21" w:rsidRDefault="00324A21" w:rsidP="00830B19">
      <w:pPr>
        <w:spacing w:after="0" w:line="240" w:lineRule="auto"/>
      </w:pPr>
      <w:r>
        <w:separator/>
      </w:r>
    </w:p>
  </w:footnote>
  <w:footnote w:type="continuationSeparator" w:id="0">
    <w:p w14:paraId="7EC64A91" w14:textId="77777777" w:rsidR="00324A21" w:rsidRDefault="00324A21" w:rsidP="00830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D581" w14:textId="105E0D86" w:rsidR="00830B19" w:rsidRPr="00830B19" w:rsidRDefault="00830B19" w:rsidP="00830B19">
    <w:pPr>
      <w:pStyle w:val="Heading1"/>
      <w:spacing w:line="240" w:lineRule="auto"/>
      <w:contextualSpacing/>
      <w:jc w:val="center"/>
      <w:rPr>
        <w:color w:val="426391"/>
        <w:sz w:val="24"/>
        <w:szCs w:val="24"/>
      </w:rPr>
    </w:pPr>
    <w:r>
      <w:rPr>
        <w:color w:val="426391"/>
        <w:sz w:val="24"/>
        <w:szCs w:val="24"/>
      </w:rPr>
      <w:t>Student First &amp; Last Name</w:t>
    </w:r>
  </w:p>
  <w:p w14:paraId="28409819" w14:textId="17CE656B" w:rsidR="00830B19" w:rsidRDefault="00830B19" w:rsidP="00830B19">
    <w:pPr>
      <w:spacing w:after="0" w:line="240" w:lineRule="auto"/>
      <w:contextualSpacing/>
      <w:jc w:val="center"/>
    </w:pPr>
    <w:r w:rsidRPr="00830B19">
      <w:t>[</w:t>
    </w:r>
    <w:r>
      <w:t xml:space="preserve">School </w:t>
    </w:r>
    <w:r w:rsidRPr="00830B19">
      <w:t>Street Address]</w:t>
    </w:r>
    <w:r>
      <w:t xml:space="preserve">, </w:t>
    </w:r>
    <w:r w:rsidRPr="00830B19">
      <w:t>[City, State ZIP]</w:t>
    </w:r>
    <w:r w:rsidRPr="00830B19">
      <w:br/>
      <w:t>[</w:t>
    </w:r>
    <w:r>
      <w:t xml:space="preserve">School </w:t>
    </w:r>
    <w:r w:rsidRPr="00830B19">
      <w:t>Email Address – optional]</w:t>
    </w:r>
  </w:p>
  <w:p w14:paraId="145319E9" w14:textId="77777777" w:rsidR="00830B19" w:rsidRDefault="00830B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79614181">
    <w:abstractNumId w:val="8"/>
  </w:num>
  <w:num w:numId="2" w16cid:durableId="1029918196">
    <w:abstractNumId w:val="6"/>
  </w:num>
  <w:num w:numId="3" w16cid:durableId="152335782">
    <w:abstractNumId w:val="5"/>
  </w:num>
  <w:num w:numId="4" w16cid:durableId="1387797229">
    <w:abstractNumId w:val="4"/>
  </w:num>
  <w:num w:numId="5" w16cid:durableId="2102950820">
    <w:abstractNumId w:val="7"/>
  </w:num>
  <w:num w:numId="6" w16cid:durableId="1051417664">
    <w:abstractNumId w:val="3"/>
  </w:num>
  <w:num w:numId="7" w16cid:durableId="1549762239">
    <w:abstractNumId w:val="2"/>
  </w:num>
  <w:num w:numId="8" w16cid:durableId="821237733">
    <w:abstractNumId w:val="1"/>
  </w:num>
  <w:num w:numId="9" w16cid:durableId="923494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C33F9"/>
    <w:rsid w:val="00324A21"/>
    <w:rsid w:val="00326F90"/>
    <w:rsid w:val="00830B19"/>
    <w:rsid w:val="00AA1D8D"/>
    <w:rsid w:val="00B47730"/>
    <w:rsid w:val="00B736DA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54E4E3"/>
  <w14:defaultImageDpi w14:val="300"/>
  <w15:docId w15:val="{6190E089-1B03-406B-9AAC-247801781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Christa Steinkamp</cp:lastModifiedBy>
  <cp:revision>2</cp:revision>
  <dcterms:created xsi:type="dcterms:W3CDTF">2013-12-23T23:15:00Z</dcterms:created>
  <dcterms:modified xsi:type="dcterms:W3CDTF">2026-08-03T17:49:00Z</dcterms:modified>
  <cp:category/>
</cp:coreProperties>
</file>